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2F072" w14:textId="77777777" w:rsidR="00D73005" w:rsidRDefault="00B8075A">
      <w:pPr>
        <w:pStyle w:val="Title"/>
      </w:pPr>
      <w:bookmarkStart w:id="0" w:name="_Hlk198643525"/>
      <w:bookmarkEnd w:id="0"/>
      <w:r>
        <w:t>🌟 The Sensory Play Starter Kit</w:t>
      </w:r>
    </w:p>
    <w:p w14:paraId="5AB0E926" w14:textId="77777777" w:rsidR="005E448A" w:rsidRDefault="00B8075A">
      <w:r>
        <w:t>5 Easy, Therapeutic Activities for Neurodivergent Children</w:t>
      </w:r>
      <w:r>
        <w:br/>
      </w:r>
    </w:p>
    <w:p w14:paraId="3B7E5FFB" w14:textId="7A34E7E3" w:rsidR="005E448A" w:rsidRDefault="00B8075A">
      <w:r>
        <w:t>With reflections and adaptations for children with PMLD and complex needs</w:t>
      </w:r>
      <w:r>
        <w:br/>
      </w:r>
    </w:p>
    <w:p w14:paraId="563F2D90" w14:textId="5A4C484C" w:rsidR="00D73005" w:rsidRDefault="00B8075A">
      <w:r>
        <w:t>By Ange Anderson</w:t>
      </w:r>
    </w:p>
    <w:p w14:paraId="50C3D9BC" w14:textId="5886060D" w:rsidR="00D73005" w:rsidRDefault="005E448A">
      <w:r>
        <w:rPr>
          <w:noProof/>
        </w:rPr>
        <w:drawing>
          <wp:inline distT="0" distB="0" distL="0" distR="0" wp14:anchorId="28A30AD3" wp14:editId="11E2FBEC">
            <wp:extent cx="3834716" cy="3475021"/>
            <wp:effectExtent l="0" t="0" r="0" b="0"/>
            <wp:docPr id="180030679" name="Picture 1" descr="A child in a wheel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0679" name="Picture 1" descr="A child in a wheelchai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4716" cy="34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75A">
        <w:br w:type="page"/>
      </w:r>
    </w:p>
    <w:p w14:paraId="0484D4C5" w14:textId="3CC65572" w:rsidR="00D73005" w:rsidRPr="005E448A" w:rsidRDefault="003B296A">
      <w:pPr>
        <w:pStyle w:val="Heading1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FC8BA4D" wp14:editId="3AD3238A">
            <wp:extent cx="5486400" cy="2646680"/>
            <wp:effectExtent l="0" t="0" r="0" b="1270"/>
            <wp:docPr id="108530595" name="Picture 1" descr="A group of bubbles in the 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0595" name="Picture 1" descr="A group of bubbles in the air&#10;&#10;AI-generated content may be incorrect."/>
                    <pic:cNvPicPr/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75A" w:rsidRPr="005E448A">
        <w:rPr>
          <w:sz w:val="32"/>
          <w:szCs w:val="32"/>
        </w:rPr>
        <w:t>Bubble Magic – Exploring Sound, Touch and Breath</w:t>
      </w:r>
    </w:p>
    <w:p w14:paraId="76E34A60" w14:textId="77777777" w:rsidR="00D73005" w:rsidRDefault="00B8075A">
      <w:pPr>
        <w:pStyle w:val="Heading2"/>
      </w:pPr>
      <w:r>
        <w:t>You’ll Need:</w:t>
      </w:r>
    </w:p>
    <w:p w14:paraId="08A949A7" w14:textId="77777777" w:rsidR="00D73005" w:rsidRDefault="00B8075A">
      <w:pPr>
        <w:pStyle w:val="ListBullet"/>
      </w:pPr>
      <w:r>
        <w:t>• Bubble mixture</w:t>
      </w:r>
    </w:p>
    <w:p w14:paraId="617B3A0C" w14:textId="77777777" w:rsidR="00D73005" w:rsidRDefault="00B8075A">
      <w:pPr>
        <w:pStyle w:val="ListBullet"/>
      </w:pPr>
      <w:r>
        <w:t>• A wand or straw</w:t>
      </w:r>
    </w:p>
    <w:p w14:paraId="4F6EC8E8" w14:textId="77777777" w:rsidR="00D73005" w:rsidRDefault="00B8075A">
      <w:pPr>
        <w:pStyle w:val="ListBullet"/>
      </w:pPr>
      <w:r>
        <w:t>• Calm music (optional)</w:t>
      </w:r>
    </w:p>
    <w:p w14:paraId="698BE3A9" w14:textId="4CF7A535" w:rsidR="00ED384A" w:rsidRDefault="00ED384A">
      <w:pPr>
        <w:pStyle w:val="ListBullet"/>
      </w:pPr>
      <w:r>
        <w:t>Sand timer (optional</w:t>
      </w:r>
      <w:r w:rsidR="00E03BDF">
        <w:t xml:space="preserve">) </w:t>
      </w:r>
    </w:p>
    <w:p w14:paraId="681E515B" w14:textId="77777777" w:rsidR="00D73005" w:rsidRDefault="00B8075A">
      <w:pPr>
        <w:pStyle w:val="Heading2"/>
      </w:pPr>
      <w:r>
        <w:t>What to Do:</w:t>
      </w:r>
    </w:p>
    <w:p w14:paraId="6E241188" w14:textId="77777777" w:rsidR="00D73005" w:rsidRDefault="00B8075A">
      <w:r>
        <w:t>Blow bubbles slowly. Encourage the child to pop them, watch them float, or try blowing. Focus on the rhythm and sensory experience.</w:t>
      </w:r>
    </w:p>
    <w:p w14:paraId="78C189CF" w14:textId="77777777" w:rsidR="00D73005" w:rsidRDefault="00B8075A">
      <w:pPr>
        <w:pStyle w:val="Heading2"/>
      </w:pPr>
      <w:r>
        <w:t>Schemas Often Observed:</w:t>
      </w:r>
    </w:p>
    <w:p w14:paraId="33D0D0B2" w14:textId="77777777" w:rsidR="00D73005" w:rsidRDefault="00B8075A">
      <w:pPr>
        <w:pStyle w:val="ListBullet"/>
      </w:pPr>
      <w:r>
        <w:t>• Trajectory – watching bubbles float and move</w:t>
      </w:r>
    </w:p>
    <w:p w14:paraId="6CE3184D" w14:textId="77777777" w:rsidR="00D73005" w:rsidRDefault="00B8075A">
      <w:pPr>
        <w:pStyle w:val="ListBullet"/>
      </w:pPr>
      <w:r>
        <w:t>• Enclosure – trying to capture bubbles</w:t>
      </w:r>
    </w:p>
    <w:p w14:paraId="5F28216E" w14:textId="77777777" w:rsidR="00D73005" w:rsidRDefault="00B8075A">
      <w:pPr>
        <w:pStyle w:val="ListBullet"/>
      </w:pPr>
      <w:r>
        <w:t>• Rotation – watching circular bubbles move</w:t>
      </w:r>
    </w:p>
    <w:p w14:paraId="219762B0" w14:textId="77777777" w:rsidR="00D73005" w:rsidRDefault="00B8075A">
      <w:pPr>
        <w:pStyle w:val="Heading2"/>
      </w:pPr>
      <w:r>
        <w:t>Therapeutic Benefits:</w:t>
      </w:r>
    </w:p>
    <w:p w14:paraId="47B1B8BA" w14:textId="77777777" w:rsidR="00D73005" w:rsidRDefault="00B8075A">
      <w:pPr>
        <w:pStyle w:val="ListBullet"/>
      </w:pPr>
      <w:r>
        <w:t>• Hand-eye coordination</w:t>
      </w:r>
    </w:p>
    <w:p w14:paraId="080899A8" w14:textId="77777777" w:rsidR="00D73005" w:rsidRDefault="00B8075A">
      <w:pPr>
        <w:pStyle w:val="ListBullet"/>
      </w:pPr>
      <w:r>
        <w:t>• Joint attention and imitation</w:t>
      </w:r>
    </w:p>
    <w:p w14:paraId="4CFB6C97" w14:textId="77777777" w:rsidR="00D73005" w:rsidRDefault="00B8075A">
      <w:pPr>
        <w:pStyle w:val="ListBullet"/>
      </w:pPr>
      <w:r>
        <w:t>• Breath control and regulation</w:t>
      </w:r>
    </w:p>
    <w:p w14:paraId="6481BD49" w14:textId="77777777" w:rsidR="00D73005" w:rsidRDefault="00B8075A">
      <w:pPr>
        <w:pStyle w:val="ListBullet"/>
      </w:pPr>
      <w:r>
        <w:t>• Visual tracking</w:t>
      </w:r>
    </w:p>
    <w:p w14:paraId="604790F4" w14:textId="77777777" w:rsidR="00D73005" w:rsidRDefault="00B8075A">
      <w:pPr>
        <w:pStyle w:val="Heading2"/>
      </w:pPr>
      <w:r>
        <w:t>Adapt for PMLD:</w:t>
      </w:r>
    </w:p>
    <w:p w14:paraId="3490CF03" w14:textId="77777777" w:rsidR="00D73005" w:rsidRDefault="00B8075A">
      <w:pPr>
        <w:pStyle w:val="ListBullet"/>
      </w:pPr>
      <w:r>
        <w:t>• Use a fan or switch-adapted bubble machine</w:t>
      </w:r>
    </w:p>
    <w:p w14:paraId="32626EEC" w14:textId="77777777" w:rsidR="00D73005" w:rsidRDefault="00B8075A">
      <w:pPr>
        <w:pStyle w:val="ListBullet"/>
      </w:pPr>
      <w:r>
        <w:t>• Add scent (lavender) for olfactory input</w:t>
      </w:r>
    </w:p>
    <w:p w14:paraId="05461C7E" w14:textId="77777777" w:rsidR="00D73005" w:rsidRDefault="00B8075A">
      <w:pPr>
        <w:pStyle w:val="ListBullet"/>
      </w:pPr>
      <w:r>
        <w:t>• Narrate gently what’s happening</w:t>
      </w:r>
    </w:p>
    <w:p w14:paraId="6DBFCF8F" w14:textId="77777777" w:rsidR="00D73005" w:rsidRDefault="00B8075A">
      <w:pPr>
        <w:pStyle w:val="Heading2"/>
      </w:pPr>
      <w:r>
        <w:lastRenderedPageBreak/>
        <w:t>B Squared Links:</w:t>
      </w:r>
    </w:p>
    <w:p w14:paraId="728A8D38" w14:textId="77777777" w:rsidR="00D73005" w:rsidRDefault="00B8075A">
      <w:r>
        <w:t>Engagement Steps: Exploration, Realisation, Anticipation</w:t>
      </w:r>
      <w:r>
        <w:br/>
        <w:t>Early Steps: P4–P6</w:t>
      </w:r>
    </w:p>
    <w:p w14:paraId="48588951" w14:textId="77777777" w:rsidR="00D73005" w:rsidRDefault="00B8075A">
      <w:pPr>
        <w:pStyle w:val="Heading2"/>
      </w:pPr>
      <w:r>
        <w:t>Reflection Space:</w:t>
      </w:r>
    </w:p>
    <w:p w14:paraId="0798B887" w14:textId="77777777" w:rsidR="00D73005" w:rsidRDefault="00B8075A">
      <w:pPr>
        <w:pStyle w:val="ListBullet"/>
      </w:pPr>
      <w:r>
        <w:t>• What did the child seem most interested in?</w:t>
      </w:r>
    </w:p>
    <w:p w14:paraId="1FE7B289" w14:textId="77777777" w:rsidR="00795C44" w:rsidRDefault="00795C44" w:rsidP="00795C44">
      <w:pPr>
        <w:pStyle w:val="ListBullet"/>
        <w:numPr>
          <w:ilvl w:val="0"/>
          <w:numId w:val="0"/>
        </w:numPr>
        <w:ind w:left="360" w:hanging="360"/>
      </w:pPr>
    </w:p>
    <w:p w14:paraId="4E875053" w14:textId="77777777" w:rsidR="00795C44" w:rsidRDefault="00795C44" w:rsidP="00795C44">
      <w:pPr>
        <w:pStyle w:val="ListBullet"/>
        <w:numPr>
          <w:ilvl w:val="0"/>
          <w:numId w:val="0"/>
        </w:numPr>
        <w:ind w:left="360" w:hanging="360"/>
      </w:pPr>
    </w:p>
    <w:p w14:paraId="62817DE8" w14:textId="77777777" w:rsidR="00846386" w:rsidRDefault="00846386" w:rsidP="00795C44">
      <w:pPr>
        <w:pStyle w:val="ListBullet"/>
        <w:numPr>
          <w:ilvl w:val="0"/>
          <w:numId w:val="0"/>
        </w:numPr>
        <w:ind w:left="360" w:hanging="360"/>
      </w:pPr>
    </w:p>
    <w:p w14:paraId="7318A27E" w14:textId="77777777" w:rsidR="005E448A" w:rsidRDefault="005E448A" w:rsidP="005E448A">
      <w:pPr>
        <w:pStyle w:val="ListBullet"/>
        <w:numPr>
          <w:ilvl w:val="0"/>
          <w:numId w:val="0"/>
        </w:numPr>
        <w:ind w:left="360"/>
      </w:pPr>
    </w:p>
    <w:p w14:paraId="08EBCD31" w14:textId="77777777" w:rsidR="00D73005" w:rsidRDefault="00B8075A">
      <w:pPr>
        <w:pStyle w:val="ListBullet"/>
      </w:pPr>
      <w:r>
        <w:t>• Did they initiate or imitate?</w:t>
      </w:r>
    </w:p>
    <w:p w14:paraId="417B19C9" w14:textId="77777777" w:rsidR="00846386" w:rsidRDefault="00846386" w:rsidP="00846386">
      <w:pPr>
        <w:pStyle w:val="ListBullet"/>
        <w:numPr>
          <w:ilvl w:val="0"/>
          <w:numId w:val="0"/>
        </w:numPr>
        <w:ind w:left="360"/>
      </w:pPr>
    </w:p>
    <w:p w14:paraId="1451E84B" w14:textId="77777777" w:rsidR="005E448A" w:rsidRDefault="005E448A" w:rsidP="005E448A">
      <w:pPr>
        <w:pStyle w:val="ListParagraph"/>
      </w:pPr>
    </w:p>
    <w:p w14:paraId="18FF46F5" w14:textId="77777777" w:rsidR="005E448A" w:rsidRDefault="005E448A" w:rsidP="005E448A">
      <w:pPr>
        <w:pStyle w:val="ListBullet"/>
        <w:numPr>
          <w:ilvl w:val="0"/>
          <w:numId w:val="0"/>
        </w:numPr>
        <w:ind w:left="360"/>
      </w:pPr>
    </w:p>
    <w:p w14:paraId="592B827A" w14:textId="77777777" w:rsidR="00D73005" w:rsidRDefault="00B8075A">
      <w:pPr>
        <w:pStyle w:val="ListBullet"/>
      </w:pPr>
      <w:r>
        <w:t>• How did their mood shift during or after?</w:t>
      </w:r>
    </w:p>
    <w:p w14:paraId="75396C91" w14:textId="77777777" w:rsidR="00D73005" w:rsidRDefault="00B8075A">
      <w:r>
        <w:br w:type="page"/>
      </w:r>
    </w:p>
    <w:p w14:paraId="3706E63F" w14:textId="5AC0F613" w:rsidR="00D73005" w:rsidRDefault="00EB481A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589480A" wp14:editId="06053317">
                <wp:extent cx="2286000" cy="1419225"/>
                <wp:effectExtent l="0" t="0" r="0" b="9525"/>
                <wp:docPr id="114637547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419225"/>
                          <a:chOff x="0" y="0"/>
                          <a:chExt cx="2857500" cy="2050415"/>
                        </a:xfrm>
                      </wpg:grpSpPr>
                      <pic:pic xmlns:pic="http://schemas.openxmlformats.org/drawingml/2006/picture">
                        <pic:nvPicPr>
                          <pic:cNvPr id="11832666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182173" name="Text Box 4"/>
                        <wps:cNvSpPr txBox="1"/>
                        <wps:spPr>
                          <a:xfrm>
                            <a:off x="0" y="1524000"/>
                            <a:ext cx="2857500" cy="5264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7676BF" w14:textId="5298B556" w:rsidR="00EB481A" w:rsidRPr="009A346D" w:rsidRDefault="00EB481A" w:rsidP="00EB481A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9480A" id="Group 5" o:spid="_x0000_s1026" style="width:180pt;height:111.75pt;mso-position-horizontal-relative:char;mso-position-vertical-relative:line" coordsize="28575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8575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5240;width:28575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" stroked="f">
                  <v:textbox>
                    <w:txbxContent>
                      <w:p w14:paraId="1B7676BF" w14:textId="5298B556" w:rsidR="00EB481A" w:rsidRPr="009A346D" w:rsidRDefault="00EB481A" w:rsidP="00EB481A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173A5">
        <w:t xml:space="preserve">Sensory </w:t>
      </w:r>
      <w:r w:rsidR="007A71F8">
        <w:t>Circuit –</w:t>
      </w:r>
      <w:r w:rsidR="00B8075A">
        <w:t xml:space="preserve"> Proprioceptive Power</w:t>
      </w:r>
    </w:p>
    <w:p w14:paraId="371FB21F" w14:textId="77777777" w:rsidR="00503BFE" w:rsidRPr="00503BFE" w:rsidRDefault="00503BFE" w:rsidP="00503BFE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503BFE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Activity 2: Sensory Circuit – Proprioceptive Power</w:t>
      </w:r>
    </w:p>
    <w:p w14:paraId="56011B9D" w14:textId="77777777" w:rsidR="00503BFE" w:rsidRPr="00503BFE" w:rsidRDefault="00503BFE" w:rsidP="00503BFE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503BFE">
        <w:rPr>
          <w:rFonts w:asciiTheme="majorHAnsi" w:eastAsiaTheme="majorEastAsia" w:hAnsiTheme="majorHAnsi" w:cstheme="majorBidi"/>
          <w:b/>
          <w:bCs/>
          <w:color w:val="4F81BD" w:themeColor="accent1"/>
        </w:rPr>
        <w:t>You’ll Need:</w:t>
      </w:r>
    </w:p>
    <w:p w14:paraId="038D3366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Mini trampoline, skipping ropes, step-ups</w:t>
      </w:r>
    </w:p>
    <w:p w14:paraId="5AF98FF8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Tunnel or cushions to crawl over</w:t>
      </w:r>
    </w:p>
    <w:p w14:paraId="3314F49C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A simple obstacle course layout</w:t>
      </w:r>
    </w:p>
    <w:p w14:paraId="45F8E481" w14:textId="5E8B9474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10–</w:t>
      </w:r>
      <w:r w:rsidRPr="00503BFE">
        <w:t>15-minute</w:t>
      </w:r>
      <w:r w:rsidRPr="00503BFE">
        <w:t xml:space="preserve"> sand timer or stopwatch</w:t>
      </w:r>
    </w:p>
    <w:p w14:paraId="78630EEA" w14:textId="77777777" w:rsidR="00503BFE" w:rsidRPr="00503BFE" w:rsidRDefault="00503BFE" w:rsidP="00503BFE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503BFE">
        <w:rPr>
          <w:rFonts w:asciiTheme="majorHAnsi" w:eastAsiaTheme="majorEastAsia" w:hAnsiTheme="majorHAnsi" w:cstheme="majorBidi"/>
          <w:b/>
          <w:bCs/>
          <w:color w:val="4F81BD" w:themeColor="accent1"/>
        </w:rPr>
        <w:t>What to Do:</w:t>
      </w:r>
    </w:p>
    <w:p w14:paraId="0B400FFC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Alerting – Invite the child to bounce, skip, or jump to wake up their senses.</w:t>
      </w:r>
    </w:p>
    <w:p w14:paraId="33B1FC75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Organising – Use balancing, crawling, or stepping activities to build coordination.</w:t>
      </w:r>
    </w:p>
    <w:p w14:paraId="4E2EDA09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Calming – Finish with deep pressure such as crawling through tunnels or hugging cushions.</w:t>
      </w:r>
    </w:p>
    <w:p w14:paraId="766F7AAF" w14:textId="77777777" w:rsidR="00503BFE" w:rsidRPr="00503BFE" w:rsidRDefault="00503BFE" w:rsidP="00503BFE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503BFE">
        <w:rPr>
          <w:rFonts w:asciiTheme="majorHAnsi" w:eastAsiaTheme="majorEastAsia" w:hAnsiTheme="majorHAnsi" w:cstheme="majorBidi"/>
          <w:b/>
          <w:bCs/>
          <w:color w:val="4F81BD" w:themeColor="accent1"/>
        </w:rPr>
        <w:t>Schemas Often Observed:</w:t>
      </w:r>
    </w:p>
    <w:p w14:paraId="2DC28F99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Trajectory – jumping, skipping, or climbing</w:t>
      </w:r>
    </w:p>
    <w:p w14:paraId="1C0BBC86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Orientation – crawling under or over equipment</w:t>
      </w:r>
    </w:p>
    <w:p w14:paraId="094C0F4A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Enclosure/Enveloping – enjoying being inside tunnels or under cushions</w:t>
      </w:r>
    </w:p>
    <w:p w14:paraId="45F33C9C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Transporting – carrying objects during calming phase</w:t>
      </w:r>
    </w:p>
    <w:p w14:paraId="1F690564" w14:textId="77777777" w:rsidR="00503BFE" w:rsidRPr="00503BFE" w:rsidRDefault="00503BFE" w:rsidP="00503BFE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503BFE">
        <w:rPr>
          <w:rFonts w:asciiTheme="majorHAnsi" w:eastAsiaTheme="majorEastAsia" w:hAnsiTheme="majorHAnsi" w:cstheme="majorBidi"/>
          <w:b/>
          <w:bCs/>
          <w:color w:val="4F81BD" w:themeColor="accent1"/>
        </w:rPr>
        <w:t>Therapeutic Benefits:</w:t>
      </w:r>
    </w:p>
    <w:p w14:paraId="1B008334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Deep proprioceptive input for regulation</w:t>
      </w:r>
    </w:p>
    <w:p w14:paraId="7DB62C5E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Vestibular stimulation for balance and spatial awareness</w:t>
      </w:r>
    </w:p>
    <w:p w14:paraId="50D1011E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Strengthens core and gross motor control</w:t>
      </w:r>
    </w:p>
    <w:p w14:paraId="7D24B62F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Supports transitions between high and low arousal states</w:t>
      </w:r>
    </w:p>
    <w:p w14:paraId="046E248F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Can improve focus and readiness for learning</w:t>
      </w:r>
    </w:p>
    <w:p w14:paraId="107D429E" w14:textId="77777777" w:rsidR="00503BFE" w:rsidRPr="00503BFE" w:rsidRDefault="00503BFE" w:rsidP="00503BFE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503BFE">
        <w:rPr>
          <w:rFonts w:asciiTheme="majorHAnsi" w:eastAsiaTheme="majorEastAsia" w:hAnsiTheme="majorHAnsi" w:cstheme="majorBidi"/>
          <w:b/>
          <w:bCs/>
          <w:color w:val="4F81BD" w:themeColor="accent1"/>
        </w:rPr>
        <w:t>Adapt for PMLD:</w:t>
      </w:r>
    </w:p>
    <w:p w14:paraId="30715182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Use a supportive crawling tunnel or body sling for gentle movement</w:t>
      </w:r>
    </w:p>
    <w:p w14:paraId="0650C537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Offer passive sensory input (rocking chair, large therapy ball rolling)</w:t>
      </w:r>
    </w:p>
    <w:p w14:paraId="63AA926A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Use motivating sensory rewards at each station (e.g., vibrating toy, light panel, calming scent)</w:t>
      </w:r>
    </w:p>
    <w:p w14:paraId="21BFD8A2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A staff member can guide movements through gentle support or hand-over-hand prompts</w:t>
      </w:r>
    </w:p>
    <w:p w14:paraId="57E67672" w14:textId="77777777" w:rsidR="00503BFE" w:rsidRPr="00503BFE" w:rsidRDefault="00503BFE" w:rsidP="00503BFE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503BFE">
        <w:rPr>
          <w:rFonts w:asciiTheme="majorHAnsi" w:eastAsiaTheme="majorEastAsia" w:hAnsiTheme="majorHAnsi" w:cstheme="majorBidi"/>
          <w:b/>
          <w:bCs/>
          <w:color w:val="4F81BD" w:themeColor="accent1"/>
        </w:rPr>
        <w:t>B Squared Links:</w:t>
      </w:r>
    </w:p>
    <w:p w14:paraId="3F5AEB13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Physical Development – Gross Motor Skills:</w:t>
      </w:r>
    </w:p>
    <w:p w14:paraId="1DF914D1" w14:textId="77777777" w:rsidR="00503BFE" w:rsidRPr="00503BFE" w:rsidRDefault="00503BFE" w:rsidP="00503BFE">
      <w:pPr>
        <w:tabs>
          <w:tab w:val="num" w:pos="720"/>
        </w:tabs>
        <w:ind w:left="720" w:hanging="360"/>
        <w:contextualSpacing/>
      </w:pPr>
      <w:r w:rsidRPr="00503BFE">
        <w:t xml:space="preserve">  - Demonstrates awareness of own movement within space</w:t>
      </w:r>
    </w:p>
    <w:p w14:paraId="77A05264" w14:textId="77777777" w:rsidR="00503BFE" w:rsidRPr="00503BFE" w:rsidRDefault="00503BFE" w:rsidP="00503BFE">
      <w:pPr>
        <w:tabs>
          <w:tab w:val="num" w:pos="720"/>
        </w:tabs>
        <w:ind w:left="720" w:hanging="360"/>
        <w:contextualSpacing/>
      </w:pPr>
      <w:r w:rsidRPr="00503BFE">
        <w:t xml:space="preserve">  - Engages in repetitive movement with increased coordination</w:t>
      </w:r>
    </w:p>
    <w:p w14:paraId="5C85B692" w14:textId="77777777" w:rsidR="00503BFE" w:rsidRPr="00503BFE" w:rsidRDefault="00503BFE" w:rsidP="00503BFE">
      <w:pPr>
        <w:tabs>
          <w:tab w:val="num" w:pos="720"/>
        </w:tabs>
        <w:ind w:left="720" w:hanging="360"/>
        <w:contextualSpacing/>
      </w:pPr>
      <w:r w:rsidRPr="00503BFE">
        <w:t xml:space="preserve">  - Responds to physical sensory stimuli (e.g., bouncing, pressure)</w:t>
      </w:r>
    </w:p>
    <w:p w14:paraId="10B9DCC7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Cognition and Learning:</w:t>
      </w:r>
    </w:p>
    <w:p w14:paraId="45577AAF" w14:textId="77777777" w:rsidR="00503BFE" w:rsidRPr="00503BFE" w:rsidRDefault="00503BFE" w:rsidP="00503BFE">
      <w:pPr>
        <w:tabs>
          <w:tab w:val="num" w:pos="720"/>
        </w:tabs>
        <w:ind w:left="720" w:hanging="360"/>
        <w:contextualSpacing/>
      </w:pPr>
      <w:r w:rsidRPr="00503BFE">
        <w:lastRenderedPageBreak/>
        <w:t xml:space="preserve">  - Follows simple sequences with support</w:t>
      </w:r>
    </w:p>
    <w:p w14:paraId="480A74D9" w14:textId="77777777" w:rsidR="00503BFE" w:rsidRPr="00503BFE" w:rsidRDefault="00503BFE" w:rsidP="00503BFE">
      <w:pPr>
        <w:tabs>
          <w:tab w:val="num" w:pos="720"/>
        </w:tabs>
        <w:ind w:left="720" w:hanging="360"/>
        <w:contextualSpacing/>
      </w:pPr>
      <w:r w:rsidRPr="00503BFE">
        <w:t xml:space="preserve">  - Begins to understand cause and effect through movement</w:t>
      </w:r>
    </w:p>
    <w:p w14:paraId="54318A8A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Communication and Interaction:</w:t>
      </w:r>
    </w:p>
    <w:p w14:paraId="0B9CA495" w14:textId="77777777" w:rsidR="00503BFE" w:rsidRPr="00503BFE" w:rsidRDefault="00503BFE" w:rsidP="00503BFE">
      <w:pPr>
        <w:tabs>
          <w:tab w:val="num" w:pos="720"/>
        </w:tabs>
        <w:ind w:left="720" w:hanging="360"/>
        <w:contextualSpacing/>
      </w:pPr>
      <w:r w:rsidRPr="00503BFE">
        <w:t xml:space="preserve">  - May use movement to express needs or enjoyment</w:t>
      </w:r>
    </w:p>
    <w:p w14:paraId="13629072" w14:textId="77777777" w:rsidR="00503BFE" w:rsidRPr="00503BFE" w:rsidRDefault="00503BFE" w:rsidP="00503BFE">
      <w:pPr>
        <w:tabs>
          <w:tab w:val="num" w:pos="720"/>
        </w:tabs>
        <w:ind w:left="720" w:hanging="360"/>
        <w:contextualSpacing/>
      </w:pPr>
      <w:r w:rsidRPr="00503BFE">
        <w:t xml:space="preserve">  - Responds to movement-based prompts or routines</w:t>
      </w:r>
    </w:p>
    <w:p w14:paraId="474C0E40" w14:textId="77777777" w:rsidR="00503BFE" w:rsidRPr="00503BFE" w:rsidRDefault="00503BFE" w:rsidP="00503BFE">
      <w:pPr>
        <w:keepNext/>
        <w:keepLines/>
        <w:spacing w:before="200" w:after="0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503BFE">
        <w:rPr>
          <w:rFonts w:asciiTheme="majorHAnsi" w:eastAsiaTheme="majorEastAsia" w:hAnsiTheme="majorHAnsi" w:cstheme="majorBidi"/>
          <w:b/>
          <w:bCs/>
          <w:color w:val="4F81BD" w:themeColor="accent1"/>
        </w:rPr>
        <w:t>Reflection Space:</w:t>
      </w:r>
    </w:p>
    <w:p w14:paraId="4BCB86DD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 xml:space="preserve">• What phase (alerting, </w:t>
      </w:r>
      <w:proofErr w:type="spellStart"/>
      <w:r w:rsidRPr="00503BFE">
        <w:t>organising</w:t>
      </w:r>
      <w:proofErr w:type="spellEnd"/>
      <w:r w:rsidRPr="00503BFE">
        <w:t>, calming) did the child enjoy most?</w:t>
      </w:r>
    </w:p>
    <w:p w14:paraId="5A01AF6A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Did the child seek out movement or need encouragement to engage?</w:t>
      </w:r>
    </w:p>
    <w:p w14:paraId="0DB35B44" w14:textId="77777777" w:rsidR="00503BFE" w:rsidRPr="00503BFE" w:rsidRDefault="00503BFE" w:rsidP="00503BFE">
      <w:pPr>
        <w:tabs>
          <w:tab w:val="num" w:pos="360"/>
        </w:tabs>
        <w:ind w:left="360" w:hanging="360"/>
        <w:contextualSpacing/>
      </w:pPr>
      <w:r w:rsidRPr="00503BFE">
        <w:t>• How did they respond to changes in activity (e.g. high to low intensity)?</w:t>
      </w:r>
    </w:p>
    <w:p w14:paraId="4C901851" w14:textId="34C0E671" w:rsidR="00D73005" w:rsidRDefault="00503BFE" w:rsidP="00503BFE">
      <w:r w:rsidRPr="00503BFE">
        <w:t>• Were there signs of increased calm or focus afterwards</w:t>
      </w:r>
    </w:p>
    <w:p w14:paraId="4D207737" w14:textId="77777777" w:rsidR="00313785" w:rsidRDefault="00313785" w:rsidP="00503BFE"/>
    <w:p w14:paraId="65529488" w14:textId="77777777" w:rsidR="00313785" w:rsidRDefault="00313785" w:rsidP="00503BFE"/>
    <w:p w14:paraId="5B1DEAD8" w14:textId="77777777" w:rsidR="00313785" w:rsidRDefault="00313785" w:rsidP="00503BFE"/>
    <w:p w14:paraId="6856ABE2" w14:textId="77777777" w:rsidR="00313785" w:rsidRDefault="00313785" w:rsidP="00503BFE"/>
    <w:p w14:paraId="6D1F2DDA" w14:textId="77777777" w:rsidR="00313785" w:rsidRDefault="00313785" w:rsidP="00503BFE"/>
    <w:p w14:paraId="030E39BE" w14:textId="77777777" w:rsidR="00313785" w:rsidRDefault="00313785" w:rsidP="00503BFE"/>
    <w:p w14:paraId="01E8682C" w14:textId="77777777" w:rsidR="00313785" w:rsidRDefault="00313785" w:rsidP="00503BFE"/>
    <w:p w14:paraId="78E67A29" w14:textId="77777777" w:rsidR="00313785" w:rsidRDefault="00313785" w:rsidP="00503BFE"/>
    <w:p w14:paraId="63DE2800" w14:textId="77777777" w:rsidR="00313785" w:rsidRDefault="00313785" w:rsidP="00503BFE"/>
    <w:p w14:paraId="21082CF9" w14:textId="77777777" w:rsidR="00313785" w:rsidRDefault="00313785" w:rsidP="00503BFE"/>
    <w:p w14:paraId="34892770" w14:textId="77777777" w:rsidR="00313785" w:rsidRDefault="00313785" w:rsidP="00503BFE"/>
    <w:p w14:paraId="731E4039" w14:textId="77777777" w:rsidR="00313785" w:rsidRDefault="00313785" w:rsidP="00503BFE"/>
    <w:p w14:paraId="1C8D7DAC" w14:textId="77777777" w:rsidR="00313785" w:rsidRDefault="00313785" w:rsidP="00503BFE"/>
    <w:p w14:paraId="5419CB2A" w14:textId="77777777" w:rsidR="00313785" w:rsidRDefault="00313785" w:rsidP="00503BFE"/>
    <w:p w14:paraId="51A5191D" w14:textId="77777777" w:rsidR="00313785" w:rsidRDefault="00313785" w:rsidP="00503BFE"/>
    <w:p w14:paraId="24B36A57" w14:textId="77777777" w:rsidR="00313785" w:rsidRDefault="00313785" w:rsidP="00503BFE"/>
    <w:p w14:paraId="23BA01BB" w14:textId="77777777" w:rsidR="00313785" w:rsidRDefault="00313785" w:rsidP="00503BFE"/>
    <w:p w14:paraId="2D480CA7" w14:textId="77777777" w:rsidR="00313785" w:rsidRDefault="00313785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024320C" wp14:editId="026F3902">
                <wp:extent cx="4000500" cy="2133600"/>
                <wp:effectExtent l="0" t="0" r="0" b="0"/>
                <wp:docPr id="86594545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2133600"/>
                          <a:chOff x="0" y="0"/>
                          <a:chExt cx="4752975" cy="3554095"/>
                        </a:xfrm>
                      </wpg:grpSpPr>
                      <pic:pic xmlns:pic="http://schemas.openxmlformats.org/drawingml/2006/picture">
                        <pic:nvPicPr>
                          <pic:cNvPr id="94467435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18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149509" name="Text Box 7"/>
                        <wps:cNvSpPr txBox="1"/>
                        <wps:spPr>
                          <a:xfrm>
                            <a:off x="0" y="3181350"/>
                            <a:ext cx="4752975" cy="3727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9B14F7" w14:textId="7FEAAB02" w:rsidR="00313785" w:rsidRPr="00313785" w:rsidRDefault="00313785" w:rsidP="003137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4320C" id="Group 8" o:spid="_x0000_s1029" style="width:315pt;height:168pt;mso-position-horizontal-relative:char;mso-position-vertical-relative:line" coordsize="47529,355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">
                <v:shape id="Picture 6" o:spid="_x0000_s1030" type="#_x0000_t75" style="position:absolute;width:47529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">
                  <v:imagedata r:id="rId14" o:title=""/>
                </v:shape>
                <v:shape id="Text Box 7" o:spid="_x0000_s1031" type="#_x0000_t202" style="position:absolute;top:31813;width:47529;height:3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" stroked="f">
                  <v:textbox>
                    <w:txbxContent>
                      <w:p w14:paraId="3F9B14F7" w14:textId="7FEAAB02" w:rsidR="00313785" w:rsidRPr="00313785" w:rsidRDefault="00313785" w:rsidP="0031378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01A694" w14:textId="68AF6F27" w:rsidR="00D73005" w:rsidRDefault="00B8075A">
      <w:pPr>
        <w:pStyle w:val="Heading1"/>
      </w:pPr>
      <w:r>
        <w:t>Rainbow Rice Scoop &amp; Pour – Colour &amp; Tactile Schema Play</w:t>
      </w:r>
    </w:p>
    <w:p w14:paraId="0D605CBA" w14:textId="77777777" w:rsidR="00D73005" w:rsidRDefault="00B8075A">
      <w:pPr>
        <w:pStyle w:val="Heading2"/>
      </w:pPr>
      <w:r>
        <w:t>You’ll Need:</w:t>
      </w:r>
    </w:p>
    <w:p w14:paraId="44D200B2" w14:textId="77777777" w:rsidR="00D73005" w:rsidRDefault="00B8075A">
      <w:pPr>
        <w:pStyle w:val="ListBullet"/>
      </w:pPr>
      <w:r>
        <w:t>• Coloured rice (dyed with food colouring)</w:t>
      </w:r>
    </w:p>
    <w:p w14:paraId="47717E30" w14:textId="77777777" w:rsidR="00D73005" w:rsidRDefault="00B8075A">
      <w:pPr>
        <w:pStyle w:val="ListBullet"/>
      </w:pPr>
      <w:r>
        <w:t>• Scoops, cups, or small containers</w:t>
      </w:r>
    </w:p>
    <w:p w14:paraId="6802C2E3" w14:textId="77777777" w:rsidR="00D73005" w:rsidRDefault="00B8075A">
      <w:pPr>
        <w:pStyle w:val="ListBullet"/>
      </w:pPr>
      <w:r>
        <w:t>• A shallow tray</w:t>
      </w:r>
    </w:p>
    <w:p w14:paraId="4CFB7B4B" w14:textId="77777777" w:rsidR="00D73005" w:rsidRDefault="00B8075A">
      <w:pPr>
        <w:pStyle w:val="Heading2"/>
      </w:pPr>
      <w:r>
        <w:t>What to Do:</w:t>
      </w:r>
    </w:p>
    <w:p w14:paraId="66B5DD9C" w14:textId="77777777" w:rsidR="00D73005" w:rsidRDefault="00B8075A">
      <w:r>
        <w:t>Explore scooping, pouring, burying and hiding objects. Add colour sorting or matching if appropriate.</w:t>
      </w:r>
    </w:p>
    <w:p w14:paraId="6A03A30E" w14:textId="77777777" w:rsidR="00D73005" w:rsidRDefault="00B8075A">
      <w:pPr>
        <w:pStyle w:val="Heading2"/>
      </w:pPr>
      <w:r>
        <w:t>Schemas Often Observed:</w:t>
      </w:r>
    </w:p>
    <w:p w14:paraId="289333D1" w14:textId="77777777" w:rsidR="00D73005" w:rsidRDefault="00B8075A">
      <w:pPr>
        <w:pStyle w:val="ListBullet"/>
      </w:pPr>
      <w:r>
        <w:t>• Enveloping – burying items in rice</w:t>
      </w:r>
    </w:p>
    <w:p w14:paraId="3237A9B3" w14:textId="77777777" w:rsidR="00D73005" w:rsidRDefault="00B8075A">
      <w:pPr>
        <w:pStyle w:val="ListBullet"/>
      </w:pPr>
      <w:r>
        <w:t>• Pouring/Trajectory – watching rice fall</w:t>
      </w:r>
    </w:p>
    <w:p w14:paraId="1C760A87" w14:textId="77777777" w:rsidR="00D73005" w:rsidRDefault="00B8075A">
      <w:pPr>
        <w:pStyle w:val="ListBullet"/>
      </w:pPr>
      <w:r>
        <w:t>• Positioning – arranging coloured items</w:t>
      </w:r>
    </w:p>
    <w:p w14:paraId="777E8FFE" w14:textId="77777777" w:rsidR="00D73005" w:rsidRDefault="00B8075A">
      <w:pPr>
        <w:pStyle w:val="Heading2"/>
      </w:pPr>
      <w:r>
        <w:t>Therapeutic Benefits:</w:t>
      </w:r>
    </w:p>
    <w:p w14:paraId="4D66F0E5" w14:textId="77777777" w:rsidR="00D73005" w:rsidRDefault="00B8075A">
      <w:pPr>
        <w:pStyle w:val="ListBullet"/>
      </w:pPr>
      <w:r>
        <w:t>• Fine motor skill development</w:t>
      </w:r>
    </w:p>
    <w:p w14:paraId="01345125" w14:textId="77777777" w:rsidR="00D73005" w:rsidRDefault="00B8075A">
      <w:pPr>
        <w:pStyle w:val="ListBullet"/>
      </w:pPr>
      <w:r>
        <w:t>• Supports schema learning and focus</w:t>
      </w:r>
    </w:p>
    <w:p w14:paraId="4F19A4A6" w14:textId="77777777" w:rsidR="00D73005" w:rsidRDefault="00B8075A">
      <w:pPr>
        <w:pStyle w:val="ListBullet"/>
      </w:pPr>
      <w:r>
        <w:t>• Tactile tolerance and curiosity</w:t>
      </w:r>
    </w:p>
    <w:p w14:paraId="25CE5497" w14:textId="77777777" w:rsidR="00D73005" w:rsidRDefault="00B8075A">
      <w:pPr>
        <w:pStyle w:val="Heading2"/>
      </w:pPr>
      <w:r>
        <w:t>Adapt for PMLD:</w:t>
      </w:r>
    </w:p>
    <w:p w14:paraId="778FF374" w14:textId="77777777" w:rsidR="00D73005" w:rsidRDefault="00B8075A">
      <w:pPr>
        <w:pStyle w:val="ListBullet"/>
      </w:pPr>
      <w:r>
        <w:t>• Use textured cloths or dry lentils instead</w:t>
      </w:r>
    </w:p>
    <w:p w14:paraId="687B97BC" w14:textId="77777777" w:rsidR="00D73005" w:rsidRDefault="00B8075A">
      <w:pPr>
        <w:pStyle w:val="ListBullet"/>
      </w:pPr>
      <w:r>
        <w:t>• Provide vibrating scoops or hands-on assistance</w:t>
      </w:r>
    </w:p>
    <w:p w14:paraId="6878E508" w14:textId="77777777" w:rsidR="00D73005" w:rsidRDefault="00B8075A">
      <w:pPr>
        <w:pStyle w:val="ListBullet"/>
      </w:pPr>
      <w:r>
        <w:t>• Colour-contrast trays for visual support</w:t>
      </w:r>
    </w:p>
    <w:p w14:paraId="00F746AA" w14:textId="77777777" w:rsidR="00D73005" w:rsidRDefault="00B8075A">
      <w:pPr>
        <w:pStyle w:val="Heading2"/>
      </w:pPr>
      <w:r>
        <w:t>B Squared Links:</w:t>
      </w:r>
    </w:p>
    <w:p w14:paraId="295EAAAC" w14:textId="77777777" w:rsidR="00D73005" w:rsidRDefault="00B8075A">
      <w:r>
        <w:t>Engagement Steps: Exploration, Realisation</w:t>
      </w:r>
      <w:r>
        <w:br/>
        <w:t>Early Steps: P5–P7</w:t>
      </w:r>
    </w:p>
    <w:p w14:paraId="2FC643D4" w14:textId="77777777" w:rsidR="00D73005" w:rsidRDefault="00B8075A">
      <w:pPr>
        <w:pStyle w:val="Heading2"/>
      </w:pPr>
      <w:r>
        <w:lastRenderedPageBreak/>
        <w:t>Reflection Space:</w:t>
      </w:r>
    </w:p>
    <w:p w14:paraId="6424FBF6" w14:textId="77777777" w:rsidR="00D73005" w:rsidRDefault="00B8075A">
      <w:pPr>
        <w:pStyle w:val="ListBullet"/>
      </w:pPr>
      <w:r>
        <w:t>• Did they explore actively or passively?</w:t>
      </w:r>
    </w:p>
    <w:p w14:paraId="14E34B25" w14:textId="77777777" w:rsidR="005E448A" w:rsidRDefault="005E448A" w:rsidP="005E448A">
      <w:pPr>
        <w:pStyle w:val="ListBullet"/>
        <w:numPr>
          <w:ilvl w:val="0"/>
          <w:numId w:val="0"/>
        </w:numPr>
        <w:ind w:left="360"/>
      </w:pPr>
    </w:p>
    <w:p w14:paraId="79E2E9B0" w14:textId="77777777" w:rsidR="00D73005" w:rsidRDefault="00B8075A">
      <w:pPr>
        <w:pStyle w:val="ListBullet"/>
      </w:pPr>
      <w:r>
        <w:t>• Which textures or colours held interest?</w:t>
      </w:r>
    </w:p>
    <w:p w14:paraId="2EAD0A1A" w14:textId="77777777" w:rsidR="005E448A" w:rsidRDefault="005E448A" w:rsidP="005E448A">
      <w:pPr>
        <w:pStyle w:val="ListParagraph"/>
      </w:pPr>
    </w:p>
    <w:p w14:paraId="509CE940" w14:textId="77777777" w:rsidR="005E448A" w:rsidRDefault="005E448A" w:rsidP="005E448A">
      <w:pPr>
        <w:pStyle w:val="ListBullet"/>
        <w:numPr>
          <w:ilvl w:val="0"/>
          <w:numId w:val="0"/>
        </w:numPr>
        <w:ind w:left="360"/>
      </w:pPr>
    </w:p>
    <w:p w14:paraId="112BFAE1" w14:textId="77777777" w:rsidR="00D73005" w:rsidRDefault="00B8075A">
      <w:pPr>
        <w:pStyle w:val="ListBullet"/>
      </w:pPr>
      <w:r>
        <w:t>• How was their attention span?</w:t>
      </w:r>
    </w:p>
    <w:p w14:paraId="5F44399E" w14:textId="77777777" w:rsidR="00D73005" w:rsidRDefault="00B8075A">
      <w:r>
        <w:br w:type="page"/>
      </w:r>
    </w:p>
    <w:p w14:paraId="2CE27209" w14:textId="77777777" w:rsidR="00224FA7" w:rsidRDefault="00224FA7">
      <w:pPr>
        <w:pStyle w:val="Heading1"/>
      </w:pPr>
    </w:p>
    <w:p w14:paraId="57633EDC" w14:textId="3C279EFC" w:rsidR="00D73005" w:rsidRDefault="00B83CE1">
      <w:pPr>
        <w:pStyle w:val="Heading1"/>
      </w:pPr>
      <w:r>
        <w:rPr>
          <w:noProof/>
        </w:rPr>
        <mc:AlternateContent>
          <mc:Choice Requires="wpg">
            <w:drawing>
              <wp:inline distT="0" distB="0" distL="0" distR="0" wp14:anchorId="570B1033" wp14:editId="7DC16AA4">
                <wp:extent cx="5486400" cy="3131819"/>
                <wp:effectExtent l="0" t="0" r="0" b="0"/>
                <wp:docPr id="17020553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131819"/>
                          <a:chOff x="0" y="0"/>
                          <a:chExt cx="5486400" cy="3131819"/>
                        </a:xfrm>
                      </wpg:grpSpPr>
                      <pic:pic xmlns:pic="http://schemas.openxmlformats.org/drawingml/2006/picture">
                        <pic:nvPicPr>
                          <pic:cNvPr id="32802255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812299" name="Text Box 13"/>
                        <wps:cNvSpPr txBox="1"/>
                        <wps:spPr>
                          <a:xfrm>
                            <a:off x="0" y="3086100"/>
                            <a:ext cx="5486400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A53475" w14:textId="4D60F257" w:rsidR="00B83CE1" w:rsidRPr="00B83CE1" w:rsidRDefault="00B83CE1" w:rsidP="00B83CE1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B1033" id="Group 14" o:spid="_x0000_s1032" style="width:6in;height:246.6pt;mso-position-horizontal-relative:char;mso-position-vertical-relative:line" coordsize="54864,313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">
                <v:shape id="Picture 12" o:spid="_x0000_s1033" type="#_x0000_t75" style="position:absolute;width:54864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">
                  <v:imagedata r:id="rId17" o:title=""/>
                </v:shape>
                <v:shape id="Text Box 13" o:spid="_x0000_s1034" type="#_x0000_t202" style="position:absolute;top:30861;width:5486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" stroked="f">
                  <v:textbox>
                    <w:txbxContent>
                      <w:p w14:paraId="10A53475" w14:textId="4D60F257" w:rsidR="00B83CE1" w:rsidRPr="00B83CE1" w:rsidRDefault="00B83CE1" w:rsidP="00B83CE1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8075A">
        <w:t>Sound Safari – A Listening Walk</w:t>
      </w:r>
    </w:p>
    <w:p w14:paraId="156F5D4F" w14:textId="77777777" w:rsidR="00D73005" w:rsidRDefault="00B8075A">
      <w:pPr>
        <w:pStyle w:val="Heading2"/>
      </w:pPr>
      <w:r>
        <w:t>You’ll Need:</w:t>
      </w:r>
    </w:p>
    <w:p w14:paraId="6C5B5BF0" w14:textId="77777777" w:rsidR="00D73005" w:rsidRDefault="00B8075A">
      <w:pPr>
        <w:pStyle w:val="ListBullet"/>
      </w:pPr>
      <w:r>
        <w:t>• A few small instruments (tambourine, shaker, bell)</w:t>
      </w:r>
    </w:p>
    <w:p w14:paraId="07E307E4" w14:textId="77777777" w:rsidR="00D73005" w:rsidRDefault="00B8075A">
      <w:pPr>
        <w:pStyle w:val="ListBullet"/>
      </w:pPr>
      <w:r>
        <w:t>• A simple map or trail markers</w:t>
      </w:r>
    </w:p>
    <w:p w14:paraId="2BB2797D" w14:textId="77777777" w:rsidR="00D73005" w:rsidRDefault="00B8075A">
      <w:pPr>
        <w:pStyle w:val="ListBullet"/>
      </w:pPr>
      <w:r>
        <w:t>• Outdoor space or corridor</w:t>
      </w:r>
    </w:p>
    <w:p w14:paraId="78EB8B12" w14:textId="77777777" w:rsidR="00D73005" w:rsidRDefault="00B8075A">
      <w:pPr>
        <w:pStyle w:val="Heading2"/>
      </w:pPr>
      <w:r>
        <w:t>What to Do:</w:t>
      </w:r>
    </w:p>
    <w:p w14:paraId="7F43297F" w14:textId="77777777" w:rsidR="00D73005" w:rsidRDefault="00B8075A">
      <w:r>
        <w:t>Follow a sound trail using instruments. Pause at each stop to listen, respond, or create sound.</w:t>
      </w:r>
    </w:p>
    <w:p w14:paraId="4E9BE5FF" w14:textId="77777777" w:rsidR="00D73005" w:rsidRDefault="00B8075A">
      <w:pPr>
        <w:pStyle w:val="Heading2"/>
      </w:pPr>
      <w:r>
        <w:t>Schemas Often Observed:</w:t>
      </w:r>
    </w:p>
    <w:p w14:paraId="4DD34107" w14:textId="77777777" w:rsidR="00D73005" w:rsidRDefault="00B8075A">
      <w:pPr>
        <w:pStyle w:val="ListBullet"/>
      </w:pPr>
      <w:r>
        <w:t>• Trajectory – interest in sound moving through space</w:t>
      </w:r>
    </w:p>
    <w:p w14:paraId="3C7277C5" w14:textId="77777777" w:rsidR="00D73005" w:rsidRDefault="00B8075A">
      <w:pPr>
        <w:pStyle w:val="ListBullet"/>
      </w:pPr>
      <w:r>
        <w:t>• Connecting – linking sounds to places or events</w:t>
      </w:r>
    </w:p>
    <w:p w14:paraId="0E698C52" w14:textId="77777777" w:rsidR="00D73005" w:rsidRDefault="00B8075A">
      <w:pPr>
        <w:pStyle w:val="ListBullet"/>
      </w:pPr>
      <w:r>
        <w:t>• Transforming – changing sound by tapping or shaking differently</w:t>
      </w:r>
    </w:p>
    <w:p w14:paraId="0238F1C5" w14:textId="77777777" w:rsidR="00D73005" w:rsidRDefault="00B8075A">
      <w:pPr>
        <w:pStyle w:val="Heading2"/>
      </w:pPr>
      <w:r>
        <w:t>Therapeutic Benefits:</w:t>
      </w:r>
    </w:p>
    <w:p w14:paraId="5D9FCD15" w14:textId="77777777" w:rsidR="00D73005" w:rsidRDefault="00B8075A">
      <w:pPr>
        <w:pStyle w:val="ListBullet"/>
      </w:pPr>
      <w:r>
        <w:t>• Auditory processing</w:t>
      </w:r>
    </w:p>
    <w:p w14:paraId="568B9983" w14:textId="77777777" w:rsidR="00D73005" w:rsidRDefault="00B8075A">
      <w:pPr>
        <w:pStyle w:val="ListBullet"/>
      </w:pPr>
      <w:r>
        <w:t>• Attention and turn-taking</w:t>
      </w:r>
    </w:p>
    <w:p w14:paraId="448D233C" w14:textId="77777777" w:rsidR="00D73005" w:rsidRDefault="00B8075A">
      <w:pPr>
        <w:pStyle w:val="ListBullet"/>
      </w:pPr>
      <w:r>
        <w:t>• Encourages curiosity and movement</w:t>
      </w:r>
    </w:p>
    <w:p w14:paraId="758D9D2B" w14:textId="77777777" w:rsidR="00D73005" w:rsidRDefault="00B8075A">
      <w:pPr>
        <w:pStyle w:val="Heading2"/>
      </w:pPr>
      <w:r>
        <w:t>Adapt for PMLD:</w:t>
      </w:r>
    </w:p>
    <w:p w14:paraId="54D37BCC" w14:textId="77777777" w:rsidR="00D73005" w:rsidRDefault="00B8075A">
      <w:pPr>
        <w:pStyle w:val="ListBullet"/>
      </w:pPr>
      <w:r>
        <w:t>• Use sound switches</w:t>
      </w:r>
    </w:p>
    <w:p w14:paraId="504120A4" w14:textId="77777777" w:rsidR="00D73005" w:rsidRDefault="00B8075A">
      <w:pPr>
        <w:pStyle w:val="ListBullet"/>
      </w:pPr>
      <w:r>
        <w:lastRenderedPageBreak/>
        <w:t>• Provide tactile instruments</w:t>
      </w:r>
    </w:p>
    <w:p w14:paraId="6D8E241E" w14:textId="77777777" w:rsidR="00D73005" w:rsidRDefault="00B8075A">
      <w:pPr>
        <w:pStyle w:val="ListBullet"/>
      </w:pPr>
      <w:r>
        <w:t>• Position child in centre of sound environment</w:t>
      </w:r>
    </w:p>
    <w:p w14:paraId="010C8C5D" w14:textId="77777777" w:rsidR="00D73005" w:rsidRDefault="00B8075A">
      <w:pPr>
        <w:pStyle w:val="Heading2"/>
      </w:pPr>
      <w:r>
        <w:t>B Squared Links:</w:t>
      </w:r>
    </w:p>
    <w:p w14:paraId="597169D5" w14:textId="77777777" w:rsidR="00D73005" w:rsidRDefault="00B8075A">
      <w:r>
        <w:t>Engagement Steps: Persistence, Anticipation</w:t>
      </w:r>
      <w:r>
        <w:br/>
        <w:t>Early Steps: P4–P6</w:t>
      </w:r>
    </w:p>
    <w:p w14:paraId="6EF5E3FF" w14:textId="77777777" w:rsidR="00D73005" w:rsidRDefault="00B8075A">
      <w:pPr>
        <w:pStyle w:val="Heading2"/>
      </w:pPr>
      <w:r>
        <w:t>Reflection Space:</w:t>
      </w:r>
    </w:p>
    <w:p w14:paraId="6A38AE36" w14:textId="77777777" w:rsidR="00D73005" w:rsidRDefault="00B8075A">
      <w:pPr>
        <w:pStyle w:val="ListBullet"/>
      </w:pPr>
      <w:r>
        <w:t>• Did they respond to certain sounds more than others?</w:t>
      </w:r>
    </w:p>
    <w:p w14:paraId="4730B16D" w14:textId="77777777" w:rsidR="005E448A" w:rsidRDefault="005E448A" w:rsidP="005E448A">
      <w:pPr>
        <w:pStyle w:val="ListBullet"/>
        <w:numPr>
          <w:ilvl w:val="0"/>
          <w:numId w:val="0"/>
        </w:numPr>
        <w:ind w:left="360"/>
      </w:pPr>
    </w:p>
    <w:p w14:paraId="1B804222" w14:textId="77777777" w:rsidR="00D73005" w:rsidRDefault="00B8075A">
      <w:pPr>
        <w:pStyle w:val="ListBullet"/>
      </w:pPr>
      <w:r>
        <w:t>• Was movement or stillness preferred?</w:t>
      </w:r>
    </w:p>
    <w:p w14:paraId="4A8A7B44" w14:textId="77777777" w:rsidR="005E448A" w:rsidRDefault="005E448A" w:rsidP="005E448A">
      <w:pPr>
        <w:pStyle w:val="ListParagraph"/>
      </w:pPr>
    </w:p>
    <w:p w14:paraId="315FFD70" w14:textId="77777777" w:rsidR="005E448A" w:rsidRDefault="005E448A" w:rsidP="005E448A">
      <w:pPr>
        <w:pStyle w:val="ListBullet"/>
        <w:numPr>
          <w:ilvl w:val="0"/>
          <w:numId w:val="0"/>
        </w:numPr>
        <w:ind w:left="360"/>
      </w:pPr>
    </w:p>
    <w:p w14:paraId="2275D723" w14:textId="77777777" w:rsidR="00D73005" w:rsidRDefault="00B8075A">
      <w:pPr>
        <w:pStyle w:val="ListBullet"/>
      </w:pPr>
      <w:r>
        <w:t>• What instruments did they return to?</w:t>
      </w:r>
    </w:p>
    <w:p w14:paraId="1DCB29D1" w14:textId="77777777" w:rsidR="00D73005" w:rsidRDefault="00B8075A">
      <w:r>
        <w:br w:type="page"/>
      </w:r>
    </w:p>
    <w:p w14:paraId="160FF113" w14:textId="222341E6" w:rsidR="00D73005" w:rsidRDefault="00CD00BE">
      <w:pPr>
        <w:pStyle w:val="Heading1"/>
      </w:pPr>
      <w:r>
        <w:rPr>
          <w:noProof/>
        </w:rPr>
        <w:lastRenderedPageBreak/>
        <w:drawing>
          <wp:inline distT="0" distB="0" distL="0" distR="0" wp14:anchorId="3DA3D5E5" wp14:editId="5C613970">
            <wp:extent cx="5486400" cy="3467100"/>
            <wp:effectExtent l="0" t="0" r="0" b="0"/>
            <wp:docPr id="82622351" name="Picture 15" descr="A person washing thei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2351" name="Picture 15" descr="A person washing their hands&#10;&#10;AI-generated content may be incorrect."/>
                    <pic:cNvPicPr/>
                  </pic:nvPicPr>
                  <pic:blipFill>
                    <a:blip r:embed="rId18">
                      <a:extLs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75A">
        <w:t>Water Ways – Exploring Flow and Cause &amp; Effect</w:t>
      </w:r>
    </w:p>
    <w:p w14:paraId="7CA01794" w14:textId="77777777" w:rsidR="00D73005" w:rsidRDefault="00B8075A">
      <w:pPr>
        <w:pStyle w:val="Heading2"/>
      </w:pPr>
      <w:r>
        <w:t>You’ll Need:</w:t>
      </w:r>
    </w:p>
    <w:p w14:paraId="24B57304" w14:textId="77777777" w:rsidR="00D73005" w:rsidRDefault="00B8075A">
      <w:pPr>
        <w:pStyle w:val="ListBullet"/>
      </w:pPr>
      <w:r>
        <w:t>• Water tray or bowl</w:t>
      </w:r>
    </w:p>
    <w:p w14:paraId="600A29CE" w14:textId="77777777" w:rsidR="00D73005" w:rsidRDefault="00B8075A">
      <w:pPr>
        <w:pStyle w:val="ListBullet"/>
      </w:pPr>
      <w:r>
        <w:t>• Plastic bottles, cups, spoons, funnels</w:t>
      </w:r>
    </w:p>
    <w:p w14:paraId="00F2BD60" w14:textId="77777777" w:rsidR="00D73005" w:rsidRDefault="00B8075A">
      <w:pPr>
        <w:pStyle w:val="ListBullet"/>
      </w:pPr>
      <w:r>
        <w:t>• Optional: coloured water or floating toys</w:t>
      </w:r>
    </w:p>
    <w:p w14:paraId="7B57B0D0" w14:textId="77777777" w:rsidR="00D73005" w:rsidRDefault="00B8075A">
      <w:pPr>
        <w:pStyle w:val="Heading2"/>
      </w:pPr>
      <w:r>
        <w:t>What to Do:</w:t>
      </w:r>
    </w:p>
    <w:p w14:paraId="6E270A74" w14:textId="77777777" w:rsidR="00D73005" w:rsidRDefault="00B8075A">
      <w:r>
        <w:t>Explore pouring, scooping, floating and sinking. Provide dry cloths for comfort if needed.</w:t>
      </w:r>
    </w:p>
    <w:p w14:paraId="6AC90949" w14:textId="77777777" w:rsidR="00D73005" w:rsidRDefault="00B8075A">
      <w:pPr>
        <w:pStyle w:val="Heading2"/>
      </w:pPr>
      <w:r>
        <w:t>Schemas Often Observed:</w:t>
      </w:r>
    </w:p>
    <w:p w14:paraId="3D762D2E" w14:textId="77777777" w:rsidR="00D73005" w:rsidRDefault="00B8075A">
      <w:pPr>
        <w:pStyle w:val="ListBullet"/>
      </w:pPr>
      <w:r>
        <w:t>• Trajectory – pouring and flow</w:t>
      </w:r>
    </w:p>
    <w:p w14:paraId="79B01AB2" w14:textId="77777777" w:rsidR="00D73005" w:rsidRDefault="00B8075A">
      <w:pPr>
        <w:pStyle w:val="ListBullet"/>
      </w:pPr>
      <w:r>
        <w:t>• Enclosure – filling and emptying containers</w:t>
      </w:r>
    </w:p>
    <w:p w14:paraId="73FD0876" w14:textId="77777777" w:rsidR="00D73005" w:rsidRDefault="00B8075A">
      <w:pPr>
        <w:pStyle w:val="ListBullet"/>
      </w:pPr>
      <w:r>
        <w:t>• Cause &amp; Effect – experimenting with sinking/floating</w:t>
      </w:r>
    </w:p>
    <w:p w14:paraId="4D3A82FD" w14:textId="77777777" w:rsidR="00D73005" w:rsidRDefault="00B8075A">
      <w:pPr>
        <w:pStyle w:val="Heading2"/>
      </w:pPr>
      <w:r>
        <w:t>Therapeutic Benefits:</w:t>
      </w:r>
    </w:p>
    <w:p w14:paraId="58C001F2" w14:textId="77777777" w:rsidR="00D73005" w:rsidRDefault="00B8075A">
      <w:pPr>
        <w:pStyle w:val="ListBullet"/>
      </w:pPr>
      <w:r>
        <w:t>• Coordination and prediction</w:t>
      </w:r>
    </w:p>
    <w:p w14:paraId="5917792E" w14:textId="77777777" w:rsidR="00D73005" w:rsidRDefault="00B8075A">
      <w:pPr>
        <w:pStyle w:val="ListBullet"/>
      </w:pPr>
      <w:r>
        <w:t>• Tactile stimulation and relaxation</w:t>
      </w:r>
    </w:p>
    <w:p w14:paraId="7490B280" w14:textId="77777777" w:rsidR="00D73005" w:rsidRDefault="00B8075A">
      <w:pPr>
        <w:pStyle w:val="ListBullet"/>
      </w:pPr>
      <w:r>
        <w:t>• Language building</w:t>
      </w:r>
    </w:p>
    <w:p w14:paraId="6E1CBBB4" w14:textId="77777777" w:rsidR="00D73005" w:rsidRDefault="00B8075A">
      <w:pPr>
        <w:pStyle w:val="Heading2"/>
      </w:pPr>
      <w:r>
        <w:t>Adapt for PMLD:</w:t>
      </w:r>
    </w:p>
    <w:p w14:paraId="5F59D51C" w14:textId="77777777" w:rsidR="00D73005" w:rsidRDefault="00B8075A">
      <w:pPr>
        <w:pStyle w:val="ListBullet"/>
      </w:pPr>
      <w:r>
        <w:t>• Use hand-under-hand guidance</w:t>
      </w:r>
    </w:p>
    <w:p w14:paraId="14518298" w14:textId="77777777" w:rsidR="00D73005" w:rsidRDefault="00B8075A">
      <w:pPr>
        <w:pStyle w:val="ListBullet"/>
      </w:pPr>
      <w:r>
        <w:t>• Offer warm water and comforting textures</w:t>
      </w:r>
    </w:p>
    <w:p w14:paraId="160BB885" w14:textId="77777777" w:rsidR="00D73005" w:rsidRDefault="00B8075A">
      <w:pPr>
        <w:pStyle w:val="ListBullet"/>
      </w:pPr>
      <w:r>
        <w:t>• Add floating scented items or calming visuals</w:t>
      </w:r>
    </w:p>
    <w:p w14:paraId="5AB27BBD" w14:textId="77777777" w:rsidR="00D73005" w:rsidRDefault="00B8075A">
      <w:pPr>
        <w:pStyle w:val="Heading2"/>
      </w:pPr>
      <w:r>
        <w:lastRenderedPageBreak/>
        <w:t>B Squared Links:</w:t>
      </w:r>
    </w:p>
    <w:p w14:paraId="0C41EF0F" w14:textId="77777777" w:rsidR="00D73005" w:rsidRDefault="00B8075A">
      <w:r>
        <w:t>Engagement Steps: Realisation, Initiation</w:t>
      </w:r>
      <w:r>
        <w:br/>
        <w:t>Early Steps: P5–P8</w:t>
      </w:r>
    </w:p>
    <w:p w14:paraId="587CCD6B" w14:textId="77777777" w:rsidR="00D73005" w:rsidRDefault="00B8075A">
      <w:pPr>
        <w:pStyle w:val="Heading2"/>
      </w:pPr>
      <w:r>
        <w:t>Reflection Space:</w:t>
      </w:r>
    </w:p>
    <w:p w14:paraId="46E159D6" w14:textId="77777777" w:rsidR="00D73005" w:rsidRDefault="00B8075A">
      <w:pPr>
        <w:pStyle w:val="ListBullet"/>
      </w:pPr>
      <w:r>
        <w:t>• How did they respond to water texture and temperature?</w:t>
      </w:r>
    </w:p>
    <w:p w14:paraId="68A80298" w14:textId="77777777" w:rsidR="005E448A" w:rsidRDefault="005E448A" w:rsidP="005E448A">
      <w:pPr>
        <w:pStyle w:val="ListBullet"/>
        <w:numPr>
          <w:ilvl w:val="0"/>
          <w:numId w:val="0"/>
        </w:numPr>
        <w:ind w:left="360"/>
      </w:pPr>
    </w:p>
    <w:p w14:paraId="4E404A06" w14:textId="77777777" w:rsidR="00D73005" w:rsidRDefault="00B8075A">
      <w:pPr>
        <w:pStyle w:val="ListBullet"/>
      </w:pPr>
      <w:r>
        <w:t>• What actions were repeated?</w:t>
      </w:r>
    </w:p>
    <w:p w14:paraId="5C298E49" w14:textId="77777777" w:rsidR="005E448A" w:rsidRDefault="005E448A" w:rsidP="005E448A">
      <w:pPr>
        <w:pStyle w:val="ListParagraph"/>
      </w:pPr>
    </w:p>
    <w:p w14:paraId="779CF9D6" w14:textId="77777777" w:rsidR="005E448A" w:rsidRDefault="005E448A" w:rsidP="005E448A">
      <w:pPr>
        <w:pStyle w:val="ListBullet"/>
        <w:numPr>
          <w:ilvl w:val="0"/>
          <w:numId w:val="0"/>
        </w:numPr>
        <w:ind w:left="360"/>
      </w:pPr>
    </w:p>
    <w:p w14:paraId="13649582" w14:textId="77777777" w:rsidR="00D73005" w:rsidRDefault="00B8075A">
      <w:pPr>
        <w:pStyle w:val="ListBullet"/>
      </w:pPr>
      <w:r>
        <w:t>• Was there an emotional shift?</w:t>
      </w:r>
    </w:p>
    <w:p w14:paraId="4C075232" w14:textId="77777777" w:rsidR="0015651E" w:rsidRDefault="0015651E" w:rsidP="0015651E">
      <w:pPr>
        <w:pStyle w:val="ListBullet"/>
        <w:numPr>
          <w:ilvl w:val="0"/>
          <w:numId w:val="0"/>
        </w:numPr>
        <w:ind w:left="360" w:hanging="360"/>
      </w:pPr>
    </w:p>
    <w:p w14:paraId="3EB047B1" w14:textId="77777777" w:rsidR="0015651E" w:rsidRDefault="0015651E" w:rsidP="0015651E">
      <w:pPr>
        <w:pStyle w:val="ListBullet"/>
        <w:numPr>
          <w:ilvl w:val="0"/>
          <w:numId w:val="0"/>
        </w:numPr>
        <w:ind w:left="360" w:hanging="360"/>
      </w:pPr>
    </w:p>
    <w:p w14:paraId="22F7BDD8" w14:textId="77777777" w:rsidR="0015651E" w:rsidRDefault="0015651E" w:rsidP="0015651E">
      <w:pPr>
        <w:pStyle w:val="ListBullet"/>
        <w:numPr>
          <w:ilvl w:val="0"/>
          <w:numId w:val="0"/>
        </w:numPr>
        <w:ind w:left="360" w:hanging="360"/>
      </w:pPr>
    </w:p>
    <w:p w14:paraId="0ACC1473" w14:textId="77777777" w:rsidR="0015651E" w:rsidRDefault="0015651E" w:rsidP="0015651E">
      <w:pPr>
        <w:pStyle w:val="ListBullet"/>
        <w:numPr>
          <w:ilvl w:val="0"/>
          <w:numId w:val="0"/>
        </w:numPr>
        <w:ind w:left="360" w:hanging="360"/>
      </w:pPr>
    </w:p>
    <w:p w14:paraId="77F45055" w14:textId="77777777" w:rsidR="0015651E" w:rsidRDefault="0015651E" w:rsidP="0015651E">
      <w:pPr>
        <w:pStyle w:val="ListBullet"/>
        <w:numPr>
          <w:ilvl w:val="0"/>
          <w:numId w:val="0"/>
        </w:numPr>
        <w:ind w:left="360" w:hanging="360"/>
      </w:pPr>
    </w:p>
    <w:p w14:paraId="039F6D47" w14:textId="77777777" w:rsidR="0015651E" w:rsidRDefault="0015651E" w:rsidP="0015651E">
      <w:pPr>
        <w:pStyle w:val="ListBullet"/>
        <w:numPr>
          <w:ilvl w:val="0"/>
          <w:numId w:val="0"/>
        </w:numPr>
        <w:ind w:left="360" w:hanging="360"/>
      </w:pPr>
    </w:p>
    <w:p w14:paraId="6641600F" w14:textId="579DB74B" w:rsidR="00D73005" w:rsidRPr="0015651E" w:rsidRDefault="00B8075A" w:rsidP="0015651E">
      <w:pPr>
        <w:rPr>
          <w:b/>
          <w:bCs/>
          <w:sz w:val="28"/>
          <w:szCs w:val="28"/>
        </w:rPr>
      </w:pPr>
      <w:r>
        <w:rPr>
          <w:rFonts w:ascii="Segoe UI Emoji" w:hAnsi="Segoe UI Emoji" w:cs="Segoe UI Emoji"/>
        </w:rPr>
        <w:t>📥</w:t>
      </w:r>
      <w:r>
        <w:t xml:space="preserve"> </w:t>
      </w:r>
      <w:r w:rsidRPr="0015651E">
        <w:rPr>
          <w:b/>
          <w:bCs/>
          <w:sz w:val="28"/>
          <w:szCs w:val="28"/>
        </w:rPr>
        <w:t>Want more sensory ideas?</w:t>
      </w:r>
    </w:p>
    <w:p w14:paraId="012EF547" w14:textId="6AB736EB" w:rsidR="00B8075A" w:rsidRDefault="00B8075A">
      <w:r>
        <w:t>Get monthly play ideas, videos, and reflections straight to your inbox.</w:t>
      </w:r>
      <w:r>
        <w:br/>
      </w:r>
      <w:r>
        <w:br/>
        <w:t xml:space="preserve">📬 Sign up here: </w:t>
      </w:r>
      <w:hyperlink r:id="rId20" w:history="1">
        <w:r>
          <w:rPr>
            <w:rStyle w:val="Hyperlink"/>
          </w:rPr>
          <w:t>Contact - Ange Anderson</w:t>
        </w:r>
      </w:hyperlink>
      <w:r>
        <w:br/>
        <w:t>📺 Watch free therapeutic play videos on YouTube:</w:t>
      </w:r>
      <w:r w:rsidRPr="00B8075A">
        <w:t xml:space="preserve"> </w:t>
      </w:r>
      <w:hyperlink r:id="rId21" w:history="1">
        <w:r>
          <w:rPr>
            <w:rStyle w:val="Hyperlink"/>
          </w:rPr>
          <w:t>(20) Ange Anderson’s Therapeutic Support for Learning - YouTube</w:t>
        </w:r>
      </w:hyperlink>
      <w:r>
        <w:t xml:space="preserve"> </w:t>
      </w:r>
    </w:p>
    <w:sectPr w:rsidR="00B8075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8CA64B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766687">
    <w:abstractNumId w:val="8"/>
  </w:num>
  <w:num w:numId="2" w16cid:durableId="81414031">
    <w:abstractNumId w:val="6"/>
  </w:num>
  <w:num w:numId="3" w16cid:durableId="1977950620">
    <w:abstractNumId w:val="5"/>
  </w:num>
  <w:num w:numId="4" w16cid:durableId="1208251277">
    <w:abstractNumId w:val="4"/>
  </w:num>
  <w:num w:numId="5" w16cid:durableId="1446117920">
    <w:abstractNumId w:val="7"/>
  </w:num>
  <w:num w:numId="6" w16cid:durableId="1739473292">
    <w:abstractNumId w:val="3"/>
  </w:num>
  <w:num w:numId="7" w16cid:durableId="1135756921">
    <w:abstractNumId w:val="2"/>
  </w:num>
  <w:num w:numId="8" w16cid:durableId="941110112">
    <w:abstractNumId w:val="1"/>
  </w:num>
  <w:num w:numId="9" w16cid:durableId="1445004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2FD1"/>
    <w:rsid w:val="0002549A"/>
    <w:rsid w:val="00034616"/>
    <w:rsid w:val="0006063C"/>
    <w:rsid w:val="00060DF2"/>
    <w:rsid w:val="00111A4D"/>
    <w:rsid w:val="0015074B"/>
    <w:rsid w:val="0015651E"/>
    <w:rsid w:val="00167557"/>
    <w:rsid w:val="001A6312"/>
    <w:rsid w:val="001E61CE"/>
    <w:rsid w:val="0021550B"/>
    <w:rsid w:val="002173A5"/>
    <w:rsid w:val="00224FA7"/>
    <w:rsid w:val="00291600"/>
    <w:rsid w:val="0029639D"/>
    <w:rsid w:val="002D62D9"/>
    <w:rsid w:val="002E28EC"/>
    <w:rsid w:val="00313785"/>
    <w:rsid w:val="00326F90"/>
    <w:rsid w:val="00354C79"/>
    <w:rsid w:val="003B296A"/>
    <w:rsid w:val="004364DA"/>
    <w:rsid w:val="0046792E"/>
    <w:rsid w:val="00503BFE"/>
    <w:rsid w:val="005E448A"/>
    <w:rsid w:val="006C00B9"/>
    <w:rsid w:val="00795C44"/>
    <w:rsid w:val="007A71F8"/>
    <w:rsid w:val="00846386"/>
    <w:rsid w:val="0089450E"/>
    <w:rsid w:val="008A30B3"/>
    <w:rsid w:val="008D2508"/>
    <w:rsid w:val="008E010A"/>
    <w:rsid w:val="009A2BCD"/>
    <w:rsid w:val="009A346D"/>
    <w:rsid w:val="009D5458"/>
    <w:rsid w:val="00A06887"/>
    <w:rsid w:val="00A54A5A"/>
    <w:rsid w:val="00AA1D8D"/>
    <w:rsid w:val="00AB4B40"/>
    <w:rsid w:val="00AD0473"/>
    <w:rsid w:val="00B47730"/>
    <w:rsid w:val="00B8075A"/>
    <w:rsid w:val="00B83CE1"/>
    <w:rsid w:val="00CB0664"/>
    <w:rsid w:val="00CD00BE"/>
    <w:rsid w:val="00D26CE3"/>
    <w:rsid w:val="00D34C97"/>
    <w:rsid w:val="00D73005"/>
    <w:rsid w:val="00E03BDF"/>
    <w:rsid w:val="00E90AD4"/>
    <w:rsid w:val="00EB481A"/>
    <w:rsid w:val="00ED384A"/>
    <w:rsid w:val="00F156AE"/>
    <w:rsid w:val="00F563D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5A90F1"/>
  <w14:defaultImageDpi w14:val="300"/>
  <w15:docId w15:val="{05E00E48-560C-456D-9196-E5A299ED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8075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llpaperflare.com/iridescent-bubbles-on-grass-field-soap-bubbles-colorful-fly-wallpaper-zudzw/download/3840x2160" TargetMode="External"/><Relationship Id="rId13" Type="http://schemas.openxmlformats.org/officeDocument/2006/relationships/hyperlink" Target="https://stickyrice.typepad.com/my_weblog/2007/07/a-special-food-.html" TargetMode="External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yperlink" Target="https://www.youtube.com/@angeandersonstherapeuticsu9692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laquepagina.blogspot.com/2016/" TargetMode="External"/><Relationship Id="rId20" Type="http://schemas.openxmlformats.org/officeDocument/2006/relationships/hyperlink" Target="https://angeandersontherapeutic.co.uk/contac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hyperlink" Target="https://salaamarilla2009.blogspot.com/2011/02/periodo-de-iniciacion-actividades.html" TargetMode="External"/><Relationship Id="rId19" Type="http://schemas.openxmlformats.org/officeDocument/2006/relationships/hyperlink" Target="https://www.pexels.com/photo/close-up-of-bottle-pouring-water-on-glass-32709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</Pages>
  <Words>1130</Words>
  <Characters>5336</Characters>
  <Application>Microsoft Office Word</Application>
  <DocSecurity>0</DocSecurity>
  <Lines>88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ange anderson</cp:lastModifiedBy>
  <cp:revision>44</cp:revision>
  <dcterms:created xsi:type="dcterms:W3CDTF">2025-05-20T14:05:00Z</dcterms:created>
  <dcterms:modified xsi:type="dcterms:W3CDTF">2025-05-20T15:22:00Z</dcterms:modified>
  <cp:category/>
</cp:coreProperties>
</file>